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87F51" w14:textId="6BF278CE" w:rsidR="00D37940" w:rsidRPr="0025761D" w:rsidRDefault="00E229F4" w:rsidP="0025761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41440" behindDoc="0" locked="0" layoutInCell="1" allowOverlap="1" wp14:anchorId="107AB1B4" wp14:editId="7C35656C">
                <wp:simplePos x="0" y="0"/>
                <wp:positionH relativeFrom="column">
                  <wp:posOffset>6810375</wp:posOffset>
                </wp:positionH>
                <wp:positionV relativeFrom="paragraph">
                  <wp:posOffset>5713730</wp:posOffset>
                </wp:positionV>
                <wp:extent cx="7199630" cy="3115310"/>
                <wp:effectExtent l="0" t="0" r="20320" b="27940"/>
                <wp:wrapNone/>
                <wp:docPr id="951168455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11531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9449" id="Retângulo 2" o:spid="_x0000_s1026" style="position:absolute;margin-left:536.25pt;margin-top:449.9pt;width:566.9pt;height:245.3pt;z-index:25094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" filled="f" strokecolor="#4f81bd [3204]" strokeweight=".25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0981376" behindDoc="0" locked="0" layoutInCell="1" allowOverlap="1" wp14:anchorId="17094AA6" wp14:editId="71103047">
                <wp:simplePos x="0" y="0"/>
                <wp:positionH relativeFrom="column">
                  <wp:posOffset>6877050</wp:posOffset>
                </wp:positionH>
                <wp:positionV relativeFrom="paragraph">
                  <wp:posOffset>5810250</wp:posOffset>
                </wp:positionV>
                <wp:extent cx="7055485" cy="2955290"/>
                <wp:effectExtent l="0" t="0" r="12065" b="16510"/>
                <wp:wrapNone/>
                <wp:docPr id="70434568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955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60B0B9" w14:textId="63187EB0" w:rsidR="00931317" w:rsidRPr="00BF2167" w:rsidRDefault="00F0387D" w:rsidP="00931317">
                            <w:pPr>
                              <w:pStyle w:val="PargrafodaLista"/>
                              <w:numPr>
                                <w:ilvl w:val="0"/>
                                <w:numId w:val="4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Conclusão </w:t>
                            </w:r>
                            <w:r w:rsidR="004A7D8C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ou </w:t>
                            </w: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Lições Aprendidas</w:t>
                            </w:r>
                          </w:p>
                          <w:p w14:paraId="048722D9" w14:textId="77777777" w:rsidR="006D1B6A" w:rsidRDefault="006D1B6A" w:rsidP="00931317"/>
                          <w:p w14:paraId="61B34ABD" w14:textId="77777777" w:rsidR="006D1B6A" w:rsidRDefault="006D1B6A" w:rsidP="00931317"/>
                          <w:p w14:paraId="62C14B1B" w14:textId="77777777" w:rsidR="006D1B6A" w:rsidRDefault="006D1B6A" w:rsidP="00931317"/>
                          <w:p w14:paraId="26A8D7A0" w14:textId="77777777" w:rsidR="006D1B6A" w:rsidRDefault="006D1B6A" w:rsidP="00931317"/>
                          <w:p w14:paraId="53CF6959" w14:textId="77777777" w:rsidR="006D1B6A" w:rsidRDefault="006D1B6A" w:rsidP="00931317"/>
                          <w:p w14:paraId="1EA1CD4D" w14:textId="77777777" w:rsidR="006D1B6A" w:rsidRDefault="006D1B6A" w:rsidP="00931317"/>
                          <w:p w14:paraId="03D5637E" w14:textId="77777777" w:rsidR="006D1B6A" w:rsidRDefault="006D1B6A" w:rsidP="00931317"/>
                          <w:p w14:paraId="0E217281" w14:textId="77777777" w:rsidR="006D1B6A" w:rsidRDefault="006D1B6A" w:rsidP="00931317"/>
                          <w:p w14:paraId="0FE31390" w14:textId="77777777" w:rsidR="006D1B6A" w:rsidRPr="0082043A" w:rsidRDefault="006D1B6A" w:rsidP="009313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094AA6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541.5pt;margin-top:457.5pt;width:555.55pt;height:232.7pt;z-index:25098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" fillcolor="white [3201]" strokeweight=".5pt">
                <v:textbox>
                  <w:txbxContent>
                    <w:p w14:paraId="1260B0B9" w14:textId="63187EB0" w:rsidR="00931317" w:rsidRPr="00BF2167" w:rsidRDefault="00F0387D" w:rsidP="00931317">
                      <w:pPr>
                        <w:pStyle w:val="PargrafodaLista"/>
                        <w:numPr>
                          <w:ilvl w:val="0"/>
                          <w:numId w:val="4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Conclusão </w:t>
                      </w:r>
                      <w:r w:rsidR="004A7D8C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ou </w:t>
                      </w: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Lições Aprendidas</w:t>
                      </w:r>
                    </w:p>
                    <w:p w14:paraId="048722D9" w14:textId="77777777" w:rsidR="006D1B6A" w:rsidRDefault="006D1B6A" w:rsidP="00931317"/>
                    <w:p w14:paraId="61B34ABD" w14:textId="77777777" w:rsidR="006D1B6A" w:rsidRDefault="006D1B6A" w:rsidP="00931317"/>
                    <w:p w14:paraId="62C14B1B" w14:textId="77777777" w:rsidR="006D1B6A" w:rsidRDefault="006D1B6A" w:rsidP="00931317"/>
                    <w:p w14:paraId="26A8D7A0" w14:textId="77777777" w:rsidR="006D1B6A" w:rsidRDefault="006D1B6A" w:rsidP="00931317"/>
                    <w:p w14:paraId="53CF6959" w14:textId="77777777" w:rsidR="006D1B6A" w:rsidRDefault="006D1B6A" w:rsidP="00931317"/>
                    <w:p w14:paraId="1EA1CD4D" w14:textId="77777777" w:rsidR="006D1B6A" w:rsidRDefault="006D1B6A" w:rsidP="00931317"/>
                    <w:p w14:paraId="03D5637E" w14:textId="77777777" w:rsidR="006D1B6A" w:rsidRDefault="006D1B6A" w:rsidP="00931317"/>
                    <w:p w14:paraId="0E217281" w14:textId="77777777" w:rsidR="006D1B6A" w:rsidRDefault="006D1B6A" w:rsidP="00931317"/>
                    <w:p w14:paraId="0FE31390" w14:textId="77777777" w:rsidR="006D1B6A" w:rsidRPr="0082043A" w:rsidRDefault="006D1B6A" w:rsidP="00931317"/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079680" behindDoc="0" locked="0" layoutInCell="1" allowOverlap="1" wp14:anchorId="581D367D" wp14:editId="05F38D91">
                <wp:simplePos x="0" y="0"/>
                <wp:positionH relativeFrom="column">
                  <wp:posOffset>6810375</wp:posOffset>
                </wp:positionH>
                <wp:positionV relativeFrom="paragraph">
                  <wp:posOffset>2438400</wp:posOffset>
                </wp:positionV>
                <wp:extent cx="7199630" cy="3200400"/>
                <wp:effectExtent l="0" t="0" r="20320" b="19050"/>
                <wp:wrapNone/>
                <wp:docPr id="422768233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200400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646B4" id="Retângulo 2" o:spid="_x0000_s1026" style="position:absolute;margin-left:536.25pt;margin-top:192pt;width:566.9pt;height:252pt;z-index:25107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177984" behindDoc="0" locked="0" layoutInCell="1" allowOverlap="1" wp14:anchorId="32E4C89C" wp14:editId="6B8AA700">
                <wp:simplePos x="0" y="0"/>
                <wp:positionH relativeFrom="column">
                  <wp:posOffset>6886575</wp:posOffset>
                </wp:positionH>
                <wp:positionV relativeFrom="paragraph">
                  <wp:posOffset>2495550</wp:posOffset>
                </wp:positionV>
                <wp:extent cx="7055485" cy="3035410"/>
                <wp:effectExtent l="0" t="0" r="12065" b="12700"/>
                <wp:wrapNone/>
                <wp:docPr id="602845960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3035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258A34" w14:textId="6EF33BA3" w:rsidR="00893A88" w:rsidRPr="00BF2167" w:rsidRDefault="00F0387D" w:rsidP="00BF2167">
                            <w:pPr>
                              <w:pStyle w:val="PargrafodaLista"/>
                              <w:numPr>
                                <w:ilvl w:val="0"/>
                                <w:numId w:val="39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Resultados Esperados ou Obtidos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E4C89C" id="_x0000_s1027" type="#_x0000_t202" style="position:absolute;margin-left:542.25pt;margin-top:196.5pt;width:555.55pt;height:239pt;z-index:25117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" fillcolor="white [3201]" strokeweight=".5pt">
                <v:textbox>
                  <w:txbxContent>
                    <w:p w14:paraId="10258A34" w14:textId="6EF33BA3" w:rsidR="00893A88" w:rsidRPr="00BF2167" w:rsidRDefault="00F0387D" w:rsidP="00BF2167">
                      <w:pPr>
                        <w:pStyle w:val="PargrafodaLista"/>
                        <w:numPr>
                          <w:ilvl w:val="0"/>
                          <w:numId w:val="39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Resultados Esperados ou Obtidos</w:t>
                      </w:r>
                    </w:p>
                  </w:txbxContent>
                </v:textbox>
              </v:shape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407EC33" wp14:editId="41359519">
                <wp:simplePos x="0" y="0"/>
                <wp:positionH relativeFrom="column">
                  <wp:posOffset>6886575</wp:posOffset>
                </wp:positionH>
                <wp:positionV relativeFrom="paragraph">
                  <wp:posOffset>-685800</wp:posOffset>
                </wp:positionV>
                <wp:extent cx="7055485" cy="2974340"/>
                <wp:effectExtent l="0" t="0" r="12065" b="16510"/>
                <wp:wrapNone/>
                <wp:docPr id="11974730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97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8250CE" w14:textId="75790864" w:rsidR="00B24915" w:rsidRPr="00BF2167" w:rsidRDefault="00B24915" w:rsidP="00BF2167">
                            <w:pPr>
                              <w:pStyle w:val="PargrafodaLista"/>
                              <w:numPr>
                                <w:ilvl w:val="0"/>
                                <w:numId w:val="38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E229F4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Proposta de Solução ou Ações Desenvolvidas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7EC33" id="_x0000_s1028" type="#_x0000_t202" style="position:absolute;margin-left:542.25pt;margin-top:-54pt;width:555.55pt;height:234.2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" fillcolor="white [3201]" strokeweight=".5pt">
                <v:textbox>
                  <w:txbxContent>
                    <w:p w14:paraId="3D8250CE" w14:textId="75790864" w:rsidR="00B24915" w:rsidRPr="00BF2167" w:rsidRDefault="00B24915" w:rsidP="00BF2167">
                      <w:pPr>
                        <w:pStyle w:val="PargrafodaLista"/>
                        <w:numPr>
                          <w:ilvl w:val="0"/>
                          <w:numId w:val="38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E229F4">
                        <w:rPr>
                          <w:rFonts w:ascii="Times New Roman" w:hAnsi="Times New Roman" w:cs="Times New Roman"/>
                          <w:b/>
                          <w:bCs/>
                        </w:rPr>
                        <w:t>Proposta de Solução ou Ações Desenvolvidas</w:t>
                      </w:r>
                    </w:p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A33453" wp14:editId="3FA5C1B7">
                <wp:simplePos x="0" y="0"/>
                <wp:positionH relativeFrom="column">
                  <wp:posOffset>6810375</wp:posOffset>
                </wp:positionH>
                <wp:positionV relativeFrom="paragraph">
                  <wp:posOffset>-742950</wp:posOffset>
                </wp:positionV>
                <wp:extent cx="7199630" cy="3095625"/>
                <wp:effectExtent l="0" t="0" r="20320" b="28575"/>
                <wp:wrapNone/>
                <wp:docPr id="43045084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30956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4C8BC6" id="Retângulo 2" o:spid="_x0000_s1026" style="position:absolute;margin-left:536.25pt;margin-top:-58.5pt;width:566.9pt;height:243.7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" filled="f" strokecolor="#4f81bd [3204]" strokeweight=".25pt"/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450368" behindDoc="0" locked="0" layoutInCell="1" allowOverlap="1" wp14:anchorId="208CEFC6" wp14:editId="550556F5">
                <wp:simplePos x="0" y="0"/>
                <wp:positionH relativeFrom="column">
                  <wp:posOffset>-733425</wp:posOffset>
                </wp:positionH>
                <wp:positionV relativeFrom="paragraph">
                  <wp:posOffset>3000375</wp:posOffset>
                </wp:positionV>
                <wp:extent cx="7199630" cy="2962275"/>
                <wp:effectExtent l="0" t="0" r="20320" b="28575"/>
                <wp:wrapNone/>
                <wp:docPr id="168916942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9622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28783" id="Retângulo 2" o:spid="_x0000_s1026" style="position:absolute;margin-left:-57.75pt;margin-top:236.25pt;width:566.9pt;height:233.25pt;z-index:25145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1FFF712" wp14:editId="48E5C7CD">
                <wp:simplePos x="0" y="0"/>
                <wp:positionH relativeFrom="column">
                  <wp:posOffset>-657225</wp:posOffset>
                </wp:positionH>
                <wp:positionV relativeFrom="paragraph">
                  <wp:posOffset>3076575</wp:posOffset>
                </wp:positionV>
                <wp:extent cx="7055485" cy="2809086"/>
                <wp:effectExtent l="0" t="0" r="12065" b="10795"/>
                <wp:wrapNone/>
                <wp:docPr id="1984677324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809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EDFDF4" w14:textId="0CC0E802" w:rsidR="00B24915" w:rsidRPr="00BF2167" w:rsidRDefault="00AF37D3" w:rsidP="00BF2167">
                            <w:pPr>
                              <w:pStyle w:val="PargrafodaLista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Problema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Oportunidade de Melhoria</w:t>
                            </w:r>
                          </w:p>
                          <w:p w14:paraId="2D366552" w14:textId="77777777" w:rsidR="00AF37D3" w:rsidRPr="00AF37D3" w:rsidRDefault="00AF37D3" w:rsidP="00AF37D3">
                            <w:pPr>
                              <w:spacing w:after="0" w:line="36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FF712" id="_x0000_s1029" type="#_x0000_t202" style="position:absolute;margin-left:-51.75pt;margin-top:242.25pt;width:555.55pt;height:221.2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" fillcolor="white [3201]" strokeweight=".5pt">
                <v:textbox>
                  <w:txbxContent>
                    <w:p w14:paraId="7DEDFDF4" w14:textId="0CC0E802" w:rsidR="00B24915" w:rsidRPr="00BF2167" w:rsidRDefault="00AF37D3" w:rsidP="00BF2167">
                      <w:pPr>
                        <w:pStyle w:val="PargrafodaLista"/>
                        <w:numPr>
                          <w:ilvl w:val="0"/>
                          <w:numId w:val="3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Problema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Oportunidade de Melhoria</w:t>
                      </w:r>
                    </w:p>
                    <w:p w14:paraId="2D366552" w14:textId="77777777" w:rsidR="00AF37D3" w:rsidRPr="00AF37D3" w:rsidRDefault="00AF37D3" w:rsidP="00AF37D3">
                      <w:pPr>
                        <w:spacing w:after="0" w:line="360" w:lineRule="auto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0387D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07F948C1" wp14:editId="322ED24C">
                <wp:simplePos x="0" y="0"/>
                <wp:positionH relativeFrom="column">
                  <wp:posOffset>-733425</wp:posOffset>
                </wp:positionH>
                <wp:positionV relativeFrom="paragraph">
                  <wp:posOffset>6048375</wp:posOffset>
                </wp:positionV>
                <wp:extent cx="7199630" cy="2790825"/>
                <wp:effectExtent l="0" t="0" r="20320" b="28575"/>
                <wp:wrapNone/>
                <wp:docPr id="489242378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79082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215C4" id="Retângulo 2" o:spid="_x0000_s1026" style="position:absolute;margin-left:-57.75pt;margin-top:476.25pt;width:566.9pt;height:219.75pt;z-index:25223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" filled="f" strokecolor="#4f81bd [3204]" strokeweight=".25pt"/>
            </w:pict>
          </mc:Fallback>
        </mc:AlternateContent>
      </w:r>
      <w:r w:rsidR="00F0387D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2DC32640" wp14:editId="49468ABF">
                <wp:simplePos x="0" y="0"/>
                <wp:positionH relativeFrom="column">
                  <wp:posOffset>-666750</wp:posOffset>
                </wp:positionH>
                <wp:positionV relativeFrom="paragraph">
                  <wp:posOffset>6128112</wp:posOffset>
                </wp:positionV>
                <wp:extent cx="7055485" cy="2646953"/>
                <wp:effectExtent l="0" t="0" r="12065" b="20320"/>
                <wp:wrapNone/>
                <wp:docPr id="124696369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646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87235" w14:textId="333826B3" w:rsidR="00BF523B" w:rsidRPr="00BF2167" w:rsidRDefault="00BF523B" w:rsidP="00BF2167">
                            <w:pPr>
                              <w:pStyle w:val="PargrafodaLista"/>
                              <w:numPr>
                                <w:ilvl w:val="0"/>
                                <w:numId w:val="31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BF523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Análise da Causa Raiz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32640" id="_x0000_s1030" type="#_x0000_t202" style="position:absolute;margin-left:-52.5pt;margin-top:482.55pt;width:555.55pt;height:208.4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" fillcolor="white [3201]" strokeweight=".5pt">
                <v:textbox>
                  <w:txbxContent>
                    <w:p w14:paraId="4B087235" w14:textId="333826B3" w:rsidR="00BF523B" w:rsidRPr="00BF2167" w:rsidRDefault="00BF523B" w:rsidP="00BF2167">
                      <w:pPr>
                        <w:pStyle w:val="PargrafodaLista"/>
                        <w:numPr>
                          <w:ilvl w:val="0"/>
                          <w:numId w:val="31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BF523B">
                        <w:rPr>
                          <w:rFonts w:ascii="Times New Roman" w:hAnsi="Times New Roman" w:cs="Times New Roman"/>
                          <w:b/>
                          <w:bCs/>
                        </w:rPr>
                        <w:t>Análise da Causa Raiz</w:t>
                      </w:r>
                    </w:p>
                  </w:txbxContent>
                </v:textbox>
              </v:shape>
            </w:pict>
          </mc:Fallback>
        </mc:AlternateContent>
      </w:r>
      <w:r w:rsidR="00F4706F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D6B4598" wp14:editId="786C6AF9">
                <wp:simplePos x="0" y="0"/>
                <wp:positionH relativeFrom="column">
                  <wp:posOffset>-666750</wp:posOffset>
                </wp:positionH>
                <wp:positionV relativeFrom="paragraph">
                  <wp:posOffset>-704850</wp:posOffset>
                </wp:positionV>
                <wp:extent cx="7077075" cy="600075"/>
                <wp:effectExtent l="0" t="0" r="28575" b="28575"/>
                <wp:wrapNone/>
                <wp:docPr id="1767805745" name="Caixa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DAF1DE" w14:textId="0A6CBC1F" w:rsidR="00C53552" w:rsidRPr="00C53552" w:rsidRDefault="00C535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Nome do aluno:_______________________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Empresa:___________________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F56307"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Período do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  <w:r w:rsidR="00F56307"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estágio:____________</w:t>
                            </w:r>
                          </w:p>
                          <w:p w14:paraId="41748323" w14:textId="79D527F8" w:rsidR="00C53552" w:rsidRPr="00C53552" w:rsidRDefault="00C53552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Nome do projeto ou Tema do Estágio:_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</w:t>
                            </w:r>
                            <w:r w:rsidRPr="00C53552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_____________</w:t>
                            </w:r>
                            <w:r w:rsidR="00F5630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B4598" id="Caixa de Texto 14" o:spid="_x0000_s1031" type="#_x0000_t202" style="position:absolute;margin-left:-52.5pt;margin-top:-55.5pt;width:557.25pt;height:47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" fillcolor="white [3201]" strokeweight=".5pt">
                <v:textbox>
                  <w:txbxContent>
                    <w:p w14:paraId="5FDAF1DE" w14:textId="0A6CBC1F" w:rsidR="00C53552" w:rsidRPr="00C53552" w:rsidRDefault="00C5355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Nome do aluno:_______________________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Empresa:___________________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F56307"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Período do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  <w:r w:rsidR="00F56307"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estágio:____________</w:t>
                      </w:r>
                    </w:p>
                    <w:p w14:paraId="41748323" w14:textId="79D527F8" w:rsidR="00C53552" w:rsidRPr="00C53552" w:rsidRDefault="00C53552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Nome do projeto ou Tema do Estágio:_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>_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</w:t>
                      </w:r>
                      <w:r w:rsidRPr="00C53552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_____________</w:t>
                      </w:r>
                      <w:r w:rsidR="00F56307">
                        <w:rPr>
                          <w:rFonts w:ascii="Times New Roman" w:hAnsi="Times New Roman" w:cs="Times New Roman"/>
                          <w:b/>
                          <w:bCs/>
                        </w:rP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93A88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34A60FF" wp14:editId="725D4EA4">
                <wp:simplePos x="0" y="0"/>
                <wp:positionH relativeFrom="column">
                  <wp:posOffset>-733425</wp:posOffset>
                </wp:positionH>
                <wp:positionV relativeFrom="paragraph">
                  <wp:posOffset>0</wp:posOffset>
                </wp:positionV>
                <wp:extent cx="7199630" cy="2924175"/>
                <wp:effectExtent l="0" t="0" r="20320" b="28575"/>
                <wp:wrapNone/>
                <wp:docPr id="1480572684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9630" cy="29241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0ED7AC" id="Retângulo 2" o:spid="_x0000_s1026" style="position:absolute;margin-left:-57.75pt;margin-top:0;width:566.9pt;height:230.2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" filled="f" strokecolor="#4f81bd [3204]" strokeweight=".25pt"/>
            </w:pict>
          </mc:Fallback>
        </mc:AlternateContent>
      </w:r>
      <w:r w:rsidR="00893A88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C75032" wp14:editId="009EEA89">
                <wp:simplePos x="0" y="0"/>
                <wp:positionH relativeFrom="column">
                  <wp:posOffset>-657225</wp:posOffset>
                </wp:positionH>
                <wp:positionV relativeFrom="paragraph">
                  <wp:posOffset>57150</wp:posOffset>
                </wp:positionV>
                <wp:extent cx="7055485" cy="2773428"/>
                <wp:effectExtent l="0" t="0" r="12065" b="27305"/>
                <wp:wrapNone/>
                <wp:docPr id="1826949071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5485" cy="277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13F94" w14:textId="382AB662" w:rsidR="00893A88" w:rsidRDefault="00AF37D3" w:rsidP="00D41CA1">
                            <w:pPr>
                              <w:pStyle w:val="PargrafodaLista"/>
                              <w:numPr>
                                <w:ilvl w:val="0"/>
                                <w:numId w:val="27"/>
                              </w:numPr>
                              <w:spacing w:after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Contexto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ou</w:t>
                            </w:r>
                            <w:r w:rsidRPr="00AF37D3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Situação Atual</w:t>
                            </w:r>
                          </w:p>
                          <w:p w14:paraId="048FC9A2" w14:textId="77777777" w:rsidR="00AF37D3" w:rsidRPr="00AF37D3" w:rsidRDefault="00AF37D3" w:rsidP="00AF37D3">
                            <w:pPr>
                              <w:spacing w:after="0" w:line="240" w:lineRule="auto"/>
                              <w:ind w:left="357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pt-BR"/>
                              </w:rPr>
                            </w:pPr>
                          </w:p>
                          <w:p w14:paraId="28FF8C9D" w14:textId="745F615B" w:rsidR="00AF37D3" w:rsidRPr="00AF37D3" w:rsidRDefault="00AF37D3" w:rsidP="00AF37D3">
                            <w:pPr>
                              <w:pStyle w:val="PargrafodaLista"/>
                              <w:spacing w:after="0" w:line="360" w:lineRule="auto"/>
                              <w:ind w:left="360"/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5032" id="_x0000_s1032" type="#_x0000_t202" style="position:absolute;margin-left:-51.75pt;margin-top:4.5pt;width:555.55pt;height:21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" fillcolor="white [3201]" strokeweight=".5pt">
                <v:textbox>
                  <w:txbxContent>
                    <w:p w14:paraId="15813F94" w14:textId="382AB662" w:rsidR="00893A88" w:rsidRDefault="00AF37D3" w:rsidP="00D41CA1">
                      <w:pPr>
                        <w:pStyle w:val="PargrafodaLista"/>
                        <w:numPr>
                          <w:ilvl w:val="0"/>
                          <w:numId w:val="27"/>
                        </w:numPr>
                        <w:spacing w:after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Contexto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>ou</w:t>
                      </w:r>
                      <w:r w:rsidRPr="00AF37D3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Situação Atual</w:t>
                      </w:r>
                    </w:p>
                    <w:p w14:paraId="048FC9A2" w14:textId="77777777" w:rsidR="00AF37D3" w:rsidRPr="00AF37D3" w:rsidRDefault="00AF37D3" w:rsidP="00AF37D3">
                      <w:pPr>
                        <w:spacing w:after="0" w:line="240" w:lineRule="auto"/>
                        <w:ind w:left="357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pt-BR"/>
                        </w:rPr>
                      </w:pPr>
                    </w:p>
                    <w:p w14:paraId="28FF8C9D" w14:textId="745F615B" w:rsidR="00AF37D3" w:rsidRPr="00AF37D3" w:rsidRDefault="00AF37D3" w:rsidP="00AF37D3">
                      <w:pPr>
                        <w:pStyle w:val="PargrafodaLista"/>
                        <w:spacing w:after="0" w:line="360" w:lineRule="auto"/>
                        <w:ind w:left="360"/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C4BA1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anchorId="0975CE5F" wp14:editId="36E9A6F7">
                <wp:simplePos x="0" y="0"/>
                <wp:positionH relativeFrom="column">
                  <wp:posOffset>-733425</wp:posOffset>
                </wp:positionH>
                <wp:positionV relativeFrom="paragraph">
                  <wp:posOffset>-742950</wp:posOffset>
                </wp:positionV>
                <wp:extent cx="7200000" cy="676275"/>
                <wp:effectExtent l="0" t="0" r="20320" b="28575"/>
                <wp:wrapNone/>
                <wp:docPr id="627485889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0" cy="6762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F07E61" id="Retângulo 2" o:spid="_x0000_s1026" style="position:absolute;margin-left:-57.75pt;margin-top:-58.5pt;width:566.95pt;height:53.25pt;z-index:25161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" filled="f" strokecolor="#4f81bd [3204]" strokeweight=".25pt"/>
            </w:pict>
          </mc:Fallback>
        </mc:AlternateContent>
      </w:r>
      <w:r w:rsidR="00720A54" w:rsidRPr="00FC4BA1">
        <w:rPr>
          <w:rFonts w:ascii="Times New Roman" w:hAnsi="Times New Roman" w:cs="Times New Roman"/>
          <w:b/>
          <w:bCs/>
          <w:noProof/>
          <w:color w:val="0070C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6DFE602" wp14:editId="52211574">
                <wp:simplePos x="0" y="0"/>
                <wp:positionH relativeFrom="column">
                  <wp:posOffset>-819150</wp:posOffset>
                </wp:positionH>
                <wp:positionV relativeFrom="paragraph">
                  <wp:posOffset>-847725</wp:posOffset>
                </wp:positionV>
                <wp:extent cx="14906625" cy="10420350"/>
                <wp:effectExtent l="0" t="0" r="28575" b="19050"/>
                <wp:wrapNone/>
                <wp:docPr id="469914846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06625" cy="104203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A9BC1" id="Retângulo 1" o:spid="_x0000_s1026" style="position:absolute;margin-left:-64.5pt;margin-top:-66.75pt;width:1173.75pt;height:820.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" filled="f" strokecolor="#0070c0" strokeweight=".25pt"/>
            </w:pict>
          </mc:Fallback>
        </mc:AlternateContent>
      </w:r>
    </w:p>
    <w:sectPr w:rsidR="00D37940" w:rsidRPr="0025761D" w:rsidSect="00034616">
      <w:headerReference w:type="default" r:id="rId8"/>
      <w:footerReference w:type="default" r:id="rId9"/>
      <w:pgSz w:w="23760" w:h="16848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B1C02" w14:textId="77777777" w:rsidR="00B20846" w:rsidRPr="00FC4BA1" w:rsidRDefault="00B20846" w:rsidP="00720A54">
      <w:pPr>
        <w:spacing w:after="0" w:line="240" w:lineRule="auto"/>
      </w:pPr>
      <w:r w:rsidRPr="00FC4BA1">
        <w:separator/>
      </w:r>
    </w:p>
  </w:endnote>
  <w:endnote w:type="continuationSeparator" w:id="0">
    <w:p w14:paraId="1063C73C" w14:textId="77777777" w:rsidR="00B20846" w:rsidRPr="00FC4BA1" w:rsidRDefault="00B20846" w:rsidP="00720A54">
      <w:pPr>
        <w:spacing w:after="0" w:line="240" w:lineRule="auto"/>
      </w:pPr>
      <w:r w:rsidRPr="00FC4BA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5930A" w14:textId="2BDAA1E9" w:rsidR="00720A54" w:rsidRPr="00FC4BA1" w:rsidRDefault="00F56307">
    <w:pPr>
      <w:pStyle w:val="Rodap"/>
      <w:rPr>
        <w:rFonts w:ascii="Garamond" w:hAnsi="Garamond"/>
        <w:sz w:val="20"/>
        <w:szCs w:val="20"/>
      </w:rPr>
    </w:pPr>
    <w:r>
      <w:rPr>
        <w:rFonts w:ascii="Garamond" w:hAnsi="Garamond"/>
        <w:noProof/>
        <w:color w:val="0070C0"/>
        <w:sz w:val="20"/>
        <w:szCs w:val="20"/>
      </w:rPr>
      <w:drawing>
        <wp:inline distT="0" distB="0" distL="0" distR="0" wp14:anchorId="0AC45A7F" wp14:editId="11274DA6">
          <wp:extent cx="440608" cy="342900"/>
          <wp:effectExtent l="0" t="0" r="0" b="0"/>
          <wp:docPr id="820098798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964" cy="3525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Garamond" w:hAnsi="Garamond"/>
        <w:color w:val="0070C0"/>
        <w:sz w:val="20"/>
        <w:szCs w:val="20"/>
      </w:rPr>
      <w:t xml:space="preserve"> </w:t>
    </w:r>
    <w:r w:rsidR="00720A54" w:rsidRPr="00FC4BA1">
      <w:rPr>
        <w:rFonts w:ascii="Garamond" w:hAnsi="Garamond"/>
        <w:color w:val="0070C0"/>
        <w:sz w:val="20"/>
        <w:szCs w:val="20"/>
      </w:rPr>
      <w:t>Curso de Engenharia de Produção</w:t>
    </w:r>
    <w:r>
      <w:rPr>
        <w:rFonts w:ascii="Garamond" w:hAnsi="Garamond"/>
        <w:color w:val="0070C0"/>
        <w:sz w:val="20"/>
        <w:szCs w:val="20"/>
      </w:rPr>
      <w:t xml:space="preserve"> </w:t>
    </w:r>
    <w:r w:rsidR="00720A54" w:rsidRPr="00FC4BA1">
      <w:rPr>
        <w:rFonts w:ascii="Garamond" w:hAnsi="Garamond"/>
        <w:color w:val="0070C0"/>
        <w:sz w:val="20"/>
        <w:szCs w:val="20"/>
      </w:rPr>
      <w:t xml:space="preserve">  </w:t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ptab w:relativeTo="margin" w:alignment="center" w:leader="none"/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t>Departamento de Engenharias</w:t>
    </w:r>
    <w:r w:rsidR="00720A54" w:rsidRPr="00FC4BA1">
      <w:rPr>
        <w:rFonts w:ascii="Garamond" w:hAnsi="Garamond"/>
        <w:color w:val="7F7F7F" w:themeColor="text1" w:themeTint="80"/>
        <w:sz w:val="20"/>
        <w:szCs w:val="20"/>
      </w:rPr>
      <w:ptab w:relativeTo="margin" w:alignment="right" w:leader="none"/>
    </w:r>
    <w:r w:rsidR="00720A54" w:rsidRPr="00FC4BA1">
      <w:rPr>
        <w:rFonts w:ascii="Garamond" w:hAnsi="Garamond"/>
        <w:color w:val="0070C0"/>
        <w:sz w:val="20"/>
        <w:szCs w:val="20"/>
      </w:rPr>
      <w:t xml:space="preserve">UFERSA Campus Angicos-RN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CAFD8E" w14:textId="77777777" w:rsidR="00B20846" w:rsidRPr="00FC4BA1" w:rsidRDefault="00B20846" w:rsidP="00720A54">
      <w:pPr>
        <w:spacing w:after="0" w:line="240" w:lineRule="auto"/>
      </w:pPr>
      <w:r w:rsidRPr="00FC4BA1">
        <w:separator/>
      </w:r>
    </w:p>
  </w:footnote>
  <w:footnote w:type="continuationSeparator" w:id="0">
    <w:p w14:paraId="0B28C514" w14:textId="77777777" w:rsidR="00B20846" w:rsidRPr="00FC4BA1" w:rsidRDefault="00B20846" w:rsidP="00720A54">
      <w:pPr>
        <w:spacing w:after="0" w:line="240" w:lineRule="auto"/>
      </w:pPr>
      <w:r w:rsidRPr="00FC4BA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88758" w14:textId="7E9F4E02" w:rsidR="00720A54" w:rsidRPr="00FC4BA1" w:rsidRDefault="00720A54">
    <w:pPr>
      <w:pStyle w:val="Cabealho"/>
    </w:pPr>
  </w:p>
  <w:p w14:paraId="321E97E6" w14:textId="77777777" w:rsidR="00720A54" w:rsidRPr="00FC4BA1" w:rsidRDefault="00720A54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4E27479"/>
    <w:multiLevelType w:val="hybridMultilevel"/>
    <w:tmpl w:val="30A0CEF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6E432B"/>
    <w:multiLevelType w:val="hybridMultilevel"/>
    <w:tmpl w:val="0F8A69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B3388B"/>
    <w:multiLevelType w:val="hybridMultilevel"/>
    <w:tmpl w:val="3C5041A6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0E1E39D0"/>
    <w:multiLevelType w:val="hybridMultilevel"/>
    <w:tmpl w:val="0DC49742"/>
    <w:lvl w:ilvl="0" w:tplc="B030D028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0DB67C0"/>
    <w:multiLevelType w:val="hybridMultilevel"/>
    <w:tmpl w:val="E946DF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3623F50"/>
    <w:multiLevelType w:val="hybridMultilevel"/>
    <w:tmpl w:val="47482D36"/>
    <w:lvl w:ilvl="0" w:tplc="547A410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7E61941"/>
    <w:multiLevelType w:val="hybridMultilevel"/>
    <w:tmpl w:val="0A388B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593AFB"/>
    <w:multiLevelType w:val="hybridMultilevel"/>
    <w:tmpl w:val="034AA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5B491B"/>
    <w:multiLevelType w:val="hybridMultilevel"/>
    <w:tmpl w:val="BDF866D8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610907"/>
    <w:multiLevelType w:val="multilevel"/>
    <w:tmpl w:val="FC7C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40A4FCA"/>
    <w:multiLevelType w:val="hybridMultilevel"/>
    <w:tmpl w:val="901623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516EAA"/>
    <w:multiLevelType w:val="hybridMultilevel"/>
    <w:tmpl w:val="1C9C154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557D92"/>
    <w:multiLevelType w:val="hybridMultilevel"/>
    <w:tmpl w:val="1F52F1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DF422E"/>
    <w:multiLevelType w:val="hybridMultilevel"/>
    <w:tmpl w:val="48FC78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FD6152"/>
    <w:multiLevelType w:val="multilevel"/>
    <w:tmpl w:val="AA40C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A4D122A"/>
    <w:multiLevelType w:val="hybridMultilevel"/>
    <w:tmpl w:val="19E48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FB1228"/>
    <w:multiLevelType w:val="multilevel"/>
    <w:tmpl w:val="963AD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AD131EA"/>
    <w:multiLevelType w:val="multilevel"/>
    <w:tmpl w:val="16A29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BF8465E"/>
    <w:multiLevelType w:val="hybridMultilevel"/>
    <w:tmpl w:val="B2283438"/>
    <w:lvl w:ilvl="0" w:tplc="0416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 w15:restartNumberingAfterBreak="0">
    <w:nsid w:val="45022A21"/>
    <w:multiLevelType w:val="hybridMultilevel"/>
    <w:tmpl w:val="E7962610"/>
    <w:lvl w:ilvl="0" w:tplc="4728171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69A46E4"/>
    <w:multiLevelType w:val="multilevel"/>
    <w:tmpl w:val="CED8E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78C0839"/>
    <w:multiLevelType w:val="hybridMultilevel"/>
    <w:tmpl w:val="4EA4498E"/>
    <w:lvl w:ilvl="0" w:tplc="0416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1" w15:restartNumberingAfterBreak="0">
    <w:nsid w:val="50B27FFD"/>
    <w:multiLevelType w:val="hybridMultilevel"/>
    <w:tmpl w:val="252202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6655E5"/>
    <w:multiLevelType w:val="hybridMultilevel"/>
    <w:tmpl w:val="10D631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8E18BE"/>
    <w:multiLevelType w:val="hybridMultilevel"/>
    <w:tmpl w:val="E1BCABF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2C1894"/>
    <w:multiLevelType w:val="hybridMultilevel"/>
    <w:tmpl w:val="FFCE2A90"/>
    <w:lvl w:ilvl="0" w:tplc="19D2EA6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7CF4920"/>
    <w:multiLevelType w:val="hybridMultilevel"/>
    <w:tmpl w:val="22EAB854"/>
    <w:lvl w:ilvl="0" w:tplc="041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121707"/>
    <w:multiLevelType w:val="hybridMultilevel"/>
    <w:tmpl w:val="5CB64976"/>
    <w:lvl w:ilvl="0" w:tplc="23B43A1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4F64443"/>
    <w:multiLevelType w:val="hybridMultilevel"/>
    <w:tmpl w:val="ADE22F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5F1DB0"/>
    <w:multiLevelType w:val="hybridMultilevel"/>
    <w:tmpl w:val="25EE6C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6D026B"/>
    <w:multiLevelType w:val="hybridMultilevel"/>
    <w:tmpl w:val="FBBE68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A9C15D8"/>
    <w:multiLevelType w:val="multilevel"/>
    <w:tmpl w:val="61A4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54728642">
    <w:abstractNumId w:val="8"/>
  </w:num>
  <w:num w:numId="2" w16cid:durableId="212499184">
    <w:abstractNumId w:val="6"/>
  </w:num>
  <w:num w:numId="3" w16cid:durableId="860361802">
    <w:abstractNumId w:val="5"/>
  </w:num>
  <w:num w:numId="4" w16cid:durableId="1198005613">
    <w:abstractNumId w:val="4"/>
  </w:num>
  <w:num w:numId="5" w16cid:durableId="172108843">
    <w:abstractNumId w:val="7"/>
  </w:num>
  <w:num w:numId="6" w16cid:durableId="839345190">
    <w:abstractNumId w:val="3"/>
  </w:num>
  <w:num w:numId="7" w16cid:durableId="50232616">
    <w:abstractNumId w:val="2"/>
  </w:num>
  <w:num w:numId="8" w16cid:durableId="809053063">
    <w:abstractNumId w:val="1"/>
  </w:num>
  <w:num w:numId="9" w16cid:durableId="2113013742">
    <w:abstractNumId w:val="0"/>
  </w:num>
  <w:num w:numId="10" w16cid:durableId="1984919401">
    <w:abstractNumId w:val="18"/>
  </w:num>
  <w:num w:numId="11" w16cid:durableId="1622300919">
    <w:abstractNumId w:val="29"/>
  </w:num>
  <w:num w:numId="12" w16cid:durableId="1900969289">
    <w:abstractNumId w:val="26"/>
  </w:num>
  <w:num w:numId="13" w16cid:durableId="1162698468">
    <w:abstractNumId w:val="21"/>
  </w:num>
  <w:num w:numId="14" w16cid:durableId="426925334">
    <w:abstractNumId w:val="31"/>
  </w:num>
  <w:num w:numId="15" w16cid:durableId="1889145299">
    <w:abstractNumId w:val="38"/>
  </w:num>
  <w:num w:numId="16" w16cid:durableId="161362370">
    <w:abstractNumId w:val="22"/>
  </w:num>
  <w:num w:numId="17" w16cid:durableId="1222910931">
    <w:abstractNumId w:val="16"/>
  </w:num>
  <w:num w:numId="18" w16cid:durableId="1455127116">
    <w:abstractNumId w:val="10"/>
  </w:num>
  <w:num w:numId="19" w16cid:durableId="730539871">
    <w:abstractNumId w:val="24"/>
  </w:num>
  <w:num w:numId="20" w16cid:durableId="139663097">
    <w:abstractNumId w:val="39"/>
  </w:num>
  <w:num w:numId="21" w16cid:durableId="2016686683">
    <w:abstractNumId w:val="13"/>
  </w:num>
  <w:num w:numId="22" w16cid:durableId="672731132">
    <w:abstractNumId w:val="37"/>
  </w:num>
  <w:num w:numId="23" w16cid:durableId="69739435">
    <w:abstractNumId w:val="15"/>
  </w:num>
  <w:num w:numId="24" w16cid:durableId="1393892232">
    <w:abstractNumId w:val="33"/>
  </w:num>
  <w:num w:numId="25" w16cid:durableId="1751154049">
    <w:abstractNumId w:val="23"/>
  </w:num>
  <w:num w:numId="26" w16cid:durableId="1107119843">
    <w:abstractNumId w:val="20"/>
  </w:num>
  <w:num w:numId="27" w16cid:durableId="1927688415">
    <w:abstractNumId w:val="11"/>
  </w:num>
  <w:num w:numId="28" w16cid:durableId="1792438821">
    <w:abstractNumId w:val="30"/>
  </w:num>
  <w:num w:numId="29" w16cid:durableId="1804152349">
    <w:abstractNumId w:val="27"/>
  </w:num>
  <w:num w:numId="30" w16cid:durableId="1887718392">
    <w:abstractNumId w:val="19"/>
  </w:num>
  <w:num w:numId="31" w16cid:durableId="1319384079">
    <w:abstractNumId w:val="36"/>
  </w:num>
  <w:num w:numId="32" w16cid:durableId="1803570588">
    <w:abstractNumId w:val="35"/>
  </w:num>
  <w:num w:numId="33" w16cid:durableId="1092047255">
    <w:abstractNumId w:val="17"/>
  </w:num>
  <w:num w:numId="34" w16cid:durableId="2056924519">
    <w:abstractNumId w:val="34"/>
  </w:num>
  <w:num w:numId="35" w16cid:durableId="233470579">
    <w:abstractNumId w:val="40"/>
  </w:num>
  <w:num w:numId="36" w16cid:durableId="218323408">
    <w:abstractNumId w:val="25"/>
  </w:num>
  <w:num w:numId="37" w16cid:durableId="776367251">
    <w:abstractNumId w:val="9"/>
  </w:num>
  <w:num w:numId="38" w16cid:durableId="71850747">
    <w:abstractNumId w:val="28"/>
  </w:num>
  <w:num w:numId="39" w16cid:durableId="1684938745">
    <w:abstractNumId w:val="12"/>
  </w:num>
  <w:num w:numId="40" w16cid:durableId="1848404113">
    <w:abstractNumId w:val="32"/>
  </w:num>
  <w:num w:numId="41" w16cid:durableId="53119404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04BA7"/>
    <w:rsid w:val="00034616"/>
    <w:rsid w:val="0006063C"/>
    <w:rsid w:val="00065537"/>
    <w:rsid w:val="000F01A2"/>
    <w:rsid w:val="001077E1"/>
    <w:rsid w:val="0015074B"/>
    <w:rsid w:val="001B6C7C"/>
    <w:rsid w:val="00255376"/>
    <w:rsid w:val="0025761D"/>
    <w:rsid w:val="0029639D"/>
    <w:rsid w:val="00311D2B"/>
    <w:rsid w:val="00326F90"/>
    <w:rsid w:val="00374891"/>
    <w:rsid w:val="00383336"/>
    <w:rsid w:val="0038710F"/>
    <w:rsid w:val="004A7D8C"/>
    <w:rsid w:val="0054262F"/>
    <w:rsid w:val="005A54AA"/>
    <w:rsid w:val="005C39C1"/>
    <w:rsid w:val="00692620"/>
    <w:rsid w:val="006A5DD4"/>
    <w:rsid w:val="006D1B6A"/>
    <w:rsid w:val="00720A54"/>
    <w:rsid w:val="00736523"/>
    <w:rsid w:val="00756812"/>
    <w:rsid w:val="00772826"/>
    <w:rsid w:val="0082043A"/>
    <w:rsid w:val="00893A88"/>
    <w:rsid w:val="008B0931"/>
    <w:rsid w:val="00931317"/>
    <w:rsid w:val="00952246"/>
    <w:rsid w:val="009B06DD"/>
    <w:rsid w:val="00A523F4"/>
    <w:rsid w:val="00AA1D8D"/>
    <w:rsid w:val="00AF37D3"/>
    <w:rsid w:val="00B20846"/>
    <w:rsid w:val="00B24915"/>
    <w:rsid w:val="00B42F4F"/>
    <w:rsid w:val="00B47730"/>
    <w:rsid w:val="00BC66AF"/>
    <w:rsid w:val="00BF2167"/>
    <w:rsid w:val="00BF523B"/>
    <w:rsid w:val="00C4066A"/>
    <w:rsid w:val="00C53552"/>
    <w:rsid w:val="00CB0664"/>
    <w:rsid w:val="00D37940"/>
    <w:rsid w:val="00D41CA1"/>
    <w:rsid w:val="00D64189"/>
    <w:rsid w:val="00D66006"/>
    <w:rsid w:val="00D81D8B"/>
    <w:rsid w:val="00DD3943"/>
    <w:rsid w:val="00E13A19"/>
    <w:rsid w:val="00E229F4"/>
    <w:rsid w:val="00E41854"/>
    <w:rsid w:val="00EA1B88"/>
    <w:rsid w:val="00EB327D"/>
    <w:rsid w:val="00ED1A1B"/>
    <w:rsid w:val="00ED5578"/>
    <w:rsid w:val="00F0387D"/>
    <w:rsid w:val="00F31893"/>
    <w:rsid w:val="00F41C29"/>
    <w:rsid w:val="00F4706F"/>
    <w:rsid w:val="00F56307"/>
    <w:rsid w:val="00FC4BA1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79B1E62"/>
  <w14:defaultImageDpi w14:val="300"/>
  <w15:docId w15:val="{1ED9DAC4-A895-4B91-9D70-58DF4C5453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  <w:rPr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C4066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4066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4066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4066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4066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20A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3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2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1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6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Bruna Carvalho da Silva</cp:lastModifiedBy>
  <cp:revision>21</cp:revision>
  <dcterms:created xsi:type="dcterms:W3CDTF">2025-04-07T14:13:00Z</dcterms:created>
  <dcterms:modified xsi:type="dcterms:W3CDTF">2025-04-10T12:05:00Z</dcterms:modified>
  <cp:category/>
</cp:coreProperties>
</file>